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אדם וסביבה בעידן הגלובלי: 30 תחנות לכפר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מקומות שונים בעולם מחוברים זה לזה דרך מסחר, מים, בריאות וסביבה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בשלושה מפלסים: פני המים, מתחת למים והמעמקים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בזיהוי מידע מהימן מול 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מרכזיים בעברית ובשפות נוספות ולקשר בין ישראל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שער הים הצר: מסחר עולמי ואוניות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בדרך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מעבר מים צר בין שתי יבשות או חופים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שער הים הצר: מסחר עולמי ואוניות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עיכוב בים גורם למוצרים להגיע מאוחר יותר, ולפעמים אף ביוקר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מכולות הן התיבות שבהן נישאות הסחורות על האונייה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שער הים הצר: מסחר עולמי ואוניות – יישום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שער הים הצר: מסחר עולמי ואוניות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(מעבר מים צר בין שתי יבשות)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(תיבה גדולה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פריקה וטעינה של אוניות)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(הכנסת סחורות מארץ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(שליחת סחורות לארץ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כל טיפה נחשבת: משבר המים העולמי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הם נודדים למקומות שיש בהם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אין מספיק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תקופה ארוכה בלי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החקלאי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כל טיפה נחשבת: משבר המים העולמי – הבנה מעמיקה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(תקופה ארוכה בלי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(התוצרת שגדלה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(אדם שמגדל יבול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(מקור מים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(מים שזורמים ומתבזבזים בלי כוונה)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כל טיפה נחשבת: משבר המים העולמי – נדידה וחיסכון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לחסוך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כל טיפה נחשבת: משבר המים העולמי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בעלי חיים עוקבים אחר מקורות מים ועונות גשם כדי לשרוד.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בצורת פוגעת גם ביבול בשדות של החקלאים.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שומרים על הגוף ביחד: בריאות בעולם מחובר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פאזל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לפנות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לוודא שהתוצאה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שומרים על הגוף ביחד: בריאות בעולם מחובר – יישום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שחוקרים מישראל לומדים מעמיתים בעולם ומלמדים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דווקא סימן לעצור ולבדוק את ההודעה, לא לסמוך עליה אוטומטית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שומרים על הגוף ביחד: בריאות בעולם מחובר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שומרים על הגוף ביחד: בריאות בעולם מחובר – שאלות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(בודקים אם האדם מבין בתחום)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אם יש הסבר או רק 'כולם אומרים')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(בודקים אם מקורות אמינים אומרים אותו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(בודקים למה ההודעה מבקשת למהר)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ישראל בעידן הגלובלי: חדשנות וטכנולוגיית מים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כמות המים, הלחץ ואיכות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שולח התראה וצוות יוצא לבדוק ולתקן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שימוש באותה סיסמה קצרה לכל 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ישראל בעידן הגלובלי: חדשנות וטכנולוגיית מים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שהמים בורחים בשקט לאדמה, לפעמים במשך חודשים, בלי שרואים שלולית.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על החיישן המקשיב.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ישראל בעידן הגלובלי: חדשנות וטכנולוגיית מים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מהנדסות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ישראל בעידן הגלובלי: חדשנות וטכנולוגיית מים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(מודד זרימה, לחץ ואיכות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(מזיזה את המים במערכת)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שבו מהנדסים עוקבים אחרי המסכים)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שבורחים מסדק בצינור)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(הודעה שנשלחת כשיש שינוי חריג)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עתיד ירוק: אקלים, רגשות ושיתוף עולמי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כתבה על גשם חזק ושיחה של מבוגרים על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לאבא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העולם הגדול מרגיש כמו כפר קטן בזכות התקשורת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כתובת, טלפון או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להקים עם חברות פינת צמחים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עתיד ירוק: אקלים, רגשות ושיתוף עולמי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בשליטתנו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בונים עתיד ירוק: אקלים, רגשות ושיתוף עולמי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עוגן הוא דבר שעוזר להרגיש יציב כשמשהו בעולם משתנה, למשל שיחה עם מבוגר, נשימות איטיות או הרגל קבוע; תשובה אישית סבירה.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לחיי היום-יום, חג, מאכל או משחק, עם נימוק 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 כמו חיסכון במים, מיחזור או שתילת צמח, עם הסבר שזו פעולה אישית שאפשר לבצע.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זיהוי ומתן שם לרגש, כמו "אני מרגישה מודאגת", עוזר להרגיע ולהבין מה עושים הלאה.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מילון הכפר הגלובלי: מושגים מרכזיים – התאמת מילים (עברית-אנגלית)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(ship)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(port)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(strait)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(import)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(drought)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קשר ברור בין שני מקומות שונים, למשל אונייה בים ומוצר בחנות או זיהום באזור אחד ומים באזור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בדיקת מקור, חיפוש הסבר, בדיקה מול מקורות נוספים ופנייה למבוגר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פעולה אישית כמו חיסכון במים, מיחזור או מודעות, ולא רק פתרון טכנולוגי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לשישה מפגשים קצרים, פרק אחד בכל שיעור, לפי סדר חמשת החלקים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להתמקד ברמת 'פני המים' ובטקסט הבסיסי, ולחזק באמצעות המילון הרב-לשוני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 שאלות 'המעמקים' ולבקש למצוא דוגמה גלובלית דומה נוספת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לעבודה בזוגות בפרק השמועות, כדי לתרגל דיון ושכנוע בכבוד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אדם וסביבה בעידן הגלובלי: 30 תחנות לכפר העולמי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שישה פרקים. בכל פרק קוראים טקסט קצר ועונים על שאלות. אפשר לעבוד לבד או עם חבר. בסוף יש מילון שעוזר להבין מילים קשות.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מרגיש כמו כפר קטן בזכות תקשורת וטכנולוגיה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 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מים צר בין שתי יבשות או חופים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גדולה להובלת סחורות באונייה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פחות ממה שצריך, למשל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בעלי חיים ממקום למקום בחיפוש מים או 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שעובר בין אנשים בלי שבדקו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קטן שמודד שינויים, למשל בצינור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האוויר הממוצע באזור לאורך 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יבוא ויצוא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סחורות ממדינה אחרת ושליחת סחורות אליה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שער הים הצר: מסחר עולמי ואוניות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רוב הסחורות נעות בעיקר באיזו 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בדרך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'מצר ימי'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 גדול לפריקת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קטן באוקיינוס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מים צר בין שתי יבשות או חופים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אונייה שמובילה דלק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שער הים הצר: מסחר עולמי ואוניות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עיכוב במעבר הימי, מוצרים מגיעים לחנויות מהר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מכולה היא כלי שבו מובילים מוצרים באונייה.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שער הים הצר: מסחר עולמי ואוניות – יישום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המקום שבו האוניות פורקות ומעמיסות מכולות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מוצרים שמגיעים מארץ אחרת לישראל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שער הים הצר: מסחר עולמי ואוניות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מצר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פריקה וטעינה של אוניות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מעבר מים צר בין שתי יבשות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שליחת סחורות לארץ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תיבה גדולה להובלת סחורות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הכנסת סחורות מארץ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כל טיפה נחשבת: משבר המים העולמי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בעלי החיים כשאין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נודדים למקומות שיש בהם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נרדמים לכל העונה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עפים לחלל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מפסיקים לאכול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מחסור?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יותר מדי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מספיק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 מלוחים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המים 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חזק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תקופה ארוכה בלי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שיטפון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קר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עובד עם היבול?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הקברניט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המהנדס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הקצין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כל טיפה נחשבת: משבר המים העולמי – הבנה מעמיקה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מקור מים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שמגדל יבול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חקלאי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התוצרת שגדלה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שזורמים ומתבזבזים בלי 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תקופה ארוכה בלי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כל טיפה נחשבת: משבר המים העולמי – נדידה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__________ מים בבית, אפשר לסגור את הברז בזמן צחצוח שיניים.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עדר פילים נודד למרחקים ארוכים כדי למצוא מקורות __________ ומזון חדשים.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כל טיפה נחשבת: משבר המים העולמי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נדידת בעלי חיים אחר מים מראה שגם בטבע מים הם המפתח לחיים.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משפיעה רק על בעלי החיים ולא על השדות והיבול.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שומרים על הגוף ביחד: בריאות בעולם מחובר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הטקסט מדמה את העבודה המשותפת של מדענים ברחבי העולם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מרוץ שליחים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פאזל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הטקסט ממליץ לעשות כשמידע על בריאות מבלבל או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מיד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לפנות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את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כמה מעבדות במדינות שונות עושות לפעמים את אותו 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להתחרות ולנצח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לוודא שהתוצאה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הניסוי קל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להן מה לעשות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שומרים על הגוף ביחד: בריאות בעולם מחובר – יישום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חוקרות וחוקרים מישראל שותפים למחקר הבריאותי העולמי, לפי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שמבקשת 'תעבירו מהר לכולם!' היא סימן שבוודאות אפשר לסמוך על המידע.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שומרים על הגוף ביחד: בריאות בעולם מחובר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לפעמים כמה מעבדות במדינות שונות עושות את אותו __________ כדי לוודא שהתוצאה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שמעבירים הודעה הלאה, כדאי לשאול את עצמנו: האם אני בטוח שזה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שומרים על הגוף ביחד: בריאות בעולם מחובר – שאלות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אמר את זה?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אם יש הסבר או רק 'כולם אומרים'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הוא יודע?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בודקים אם האדם מבין בתחום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יש עוד מקורות?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למה ההודעה מבקשת למהר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 זה דחוף?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בודקים אם מקורות אמינים אומרים אותו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ישראל בעידן הגלובלי: חדשנות וטכנולוגיית מים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 החיישן בצינור?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כמות המים, הלחץ ואיכות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האנשים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צבע הצינורות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כשיש בעיה בצינור?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מכבה את כל המים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מתעלם מהבעיה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שולח התראה וצוות יוצא לבדוק ולתקן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מחכה לשבוע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שומר על המחשב?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סיסמה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עדכוני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זהירות מקישור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באותה סיסמה קצרה לכל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ישראל בעידן הגלובלי: חדשנות וטכנולוגיית מים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נזילה מתחת לאדמה תמיד יוצרת שלולית שרואים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החיישן שמוצמד לצינור מקשיב לרעידות ולרחשים זעירים של מים שבורחים מסדק.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ישראל בעידן הגלובלי: חדשנות וטכנולוגיית מים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בחדר הבקרה יושבות __________ ומהנדסים מול מסכים מלאים בקווים כחולים.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חיישן שמוצמד לצינור מודד רעידות ו__________ זעירים כדי לאתר נזילה.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ישראל בעידן הגלובלי: חדשנות וטכנולוגיית מים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הודעה שנשלחת כשיש שינוי חריג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משאבה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שבורחים מסדק בצינור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חדר בקרה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מזיזה את המים במערכת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נזילה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מהנדסים עוקבים אחרי המסכים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מודד זרימה, לחץ ואיכות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עתיד ירוק: אקלים, רגשות ושיתוף עולמי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הפריע למיה לישון?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 מצויר שראתה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על גשם חזק ושיחה של מבוגרים על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מיה דיברה?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לאבא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לחברה הכי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לרופא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כפר גלובלי?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קטן ליד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העולם הגדול מרגיש כמו כפר קטן בזכות התקשורת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שבו כולם מדברים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בלי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אסור לספר בשיחה?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כתובת, טלפון או סיסמה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מיה עשתה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להקים עם חברות פינת צמחים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ללכת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 לעיתון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על זה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עתיד ירוק: אקלים, רגשות ושיתוף עולמי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כשמיה הרגישה דאגה, היא ואביה נשמו יחד כמה __________ איטיות.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התמקדות במה ש__________ עוזרת להרגיש טוב יותר, גם כשאי אפשר לשנות את מזג האוויר.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בפרויקט כיתות תאומות, שתי כיתות ממדינות שונות נפגשות ב__________ בשיחת וידאו.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שהכפר הגלובלי יישאר מקום חם לכולם, חשוב לדבר ב__________ גם כשמשהו נראה שונה.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בונים עתיד ירוק: אקלים, רגשות ושיתוף עולמי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הכוונה במשפט "יש בתוכנו עוגנים שעוזרים לנו להרגיש יציבים", ותנו דוגמה אישית לעוגן כזה.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שואלים ילד או ילדה מארץ רחוקה בפרויקט כיתות תאומות, ונמקו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מיה לא יכלה לשנות את מזג האוויר, אבל מצאה פעולה שבשליטתה. הציעו פעולה נוספת שתלמיד או תלמידה יכולים לעשות למען הסביבה, והסבירו למה היא בשליטתכם.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למה חשוב לשים לב לרגש ולתת לו שם לפני שעוברים לפעולה? נמקו בעזרת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מילון הכפר הגלובלי: מושגים מרכזיים – התאמת מילים (עברית-אנגלית)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import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drought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מצר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ship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strait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port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מהחוברת למקרה שבו אירוע במקום אחד בעולם משפיע על אנשים במקום רחוק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לבדוק אם הודעה שקיבלנו היא אמת או שמועה, לפי מה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לעשות, גם כתלמיד או תלמידה בישראל, כדי לעזור במשבר המים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אדם וסביבה בעידן הגלובלי: 30 תחנות לכפר העולמי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